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B1C9E" w14:textId="77777777" w:rsidR="00574743" w:rsidRDefault="003E21A4">
      <w:pPr>
        <w:pStyle w:val="Heading1"/>
      </w:pPr>
      <w:r>
        <w:t>Gydytojai, galintys bendrauti su pacientais užsienio kalbomis</w:t>
      </w:r>
    </w:p>
    <w:p w14:paraId="38A5CB24" w14:textId="442A9E30" w:rsidR="00574743" w:rsidRDefault="003E21A4">
      <w:pPr>
        <w:pStyle w:val="Heading2"/>
      </w:pPr>
      <w:proofErr w:type="spellStart"/>
      <w:r>
        <w:t>Skubiosios</w:t>
      </w:r>
      <w:proofErr w:type="spellEnd"/>
      <w:r>
        <w:t xml:space="preserve"> </w:t>
      </w:r>
      <w:proofErr w:type="spellStart"/>
      <w:r>
        <w:t>medicinos</w:t>
      </w:r>
      <w:proofErr w:type="spellEnd"/>
      <w:r>
        <w:t xml:space="preserve"> </w:t>
      </w:r>
      <w:proofErr w:type="spellStart"/>
      <w:r>
        <w:t>skyrius</w:t>
      </w:r>
      <w:proofErr w:type="spellEnd"/>
      <w:r w:rsidR="00991F43">
        <w:t xml:space="preserve"> (</w:t>
      </w:r>
      <w:proofErr w:type="spellStart"/>
      <w:r w:rsidR="00991F43">
        <w:t>Antakalnio</w:t>
      </w:r>
      <w:proofErr w:type="spellEnd"/>
      <w:r w:rsidR="00991F43">
        <w:t xml:space="preserve"> g. 57, Vilnius)</w:t>
      </w:r>
    </w:p>
    <w:p w14:paraId="4B6EF3BA" w14:textId="1943E8F2" w:rsidR="00574743" w:rsidRDefault="003E21A4">
      <w:pPr>
        <w:pStyle w:val="Heading3"/>
      </w:pPr>
      <w:proofErr w:type="spellStart"/>
      <w:r>
        <w:t>Skubiosios</w:t>
      </w:r>
      <w:proofErr w:type="spellEnd"/>
      <w:r>
        <w:t xml:space="preserve"> </w:t>
      </w:r>
      <w:proofErr w:type="spellStart"/>
      <w:r w:rsidR="00991F43">
        <w:t>medicinos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5A0E9A9C" w14:textId="77777777" w:rsidR="003E21A4" w:rsidRDefault="003E21A4">
      <w:pPr>
        <w:pStyle w:val="ListBullet"/>
      </w:pPr>
      <w:r>
        <w:t xml:space="preserve">Vakaris </w:t>
      </w:r>
      <w:proofErr w:type="spellStart"/>
      <w:r>
        <w:t>Varyginas</w:t>
      </w:r>
      <w:proofErr w:type="spellEnd"/>
      <w:r>
        <w:t xml:space="preserve">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anglų</w:t>
      </w:r>
      <w:proofErr w:type="spellEnd"/>
      <w:r>
        <w:t xml:space="preserve"> </w:t>
      </w:r>
    </w:p>
    <w:p w14:paraId="7A8903A1" w14:textId="7D4E3A38" w:rsidR="00574743" w:rsidRDefault="003E21A4" w:rsidP="003E21A4">
      <w:pPr>
        <w:pStyle w:val="ListBullet"/>
        <w:numPr>
          <w:ilvl w:val="0"/>
          <w:numId w:val="0"/>
        </w:numPr>
        <w:ind w:left="360"/>
      </w:pPr>
      <w:r>
        <w:t xml:space="preserve">Elena </w:t>
      </w:r>
      <w:proofErr w:type="spellStart"/>
      <w:r>
        <w:t>Yanushauskene</w:t>
      </w:r>
      <w:proofErr w:type="spellEnd"/>
      <w:r>
        <w:t xml:space="preserve"> – </w:t>
      </w:r>
      <w:proofErr w:type="spellStart"/>
      <w:r>
        <w:t>rusų</w:t>
      </w:r>
      <w:proofErr w:type="spellEnd"/>
      <w:r>
        <w:br/>
        <w:t xml:space="preserve">Jolanta Vyturytė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anglų</w:t>
      </w:r>
      <w:proofErr w:type="spellEnd"/>
      <w:r>
        <w:br/>
        <w:t xml:space="preserve">Margarita </w:t>
      </w:r>
      <w:proofErr w:type="spellStart"/>
      <w:r>
        <w:t>Prokopčuk</w:t>
      </w:r>
      <w:proofErr w:type="spellEnd"/>
      <w:r>
        <w:t xml:space="preserve"> – rusų</w:t>
      </w:r>
      <w:r>
        <w:br/>
        <w:t>Viktorija Rakovskaitė – rusų, anglų</w:t>
      </w:r>
      <w:r>
        <w:br/>
        <w:t>Magdalena Eglė Kairaitytė – rusų, anglų</w:t>
      </w:r>
      <w:r>
        <w:br/>
        <w:t>Alina Žindul – rusų, anglų</w:t>
      </w:r>
      <w:r>
        <w:br/>
        <w:t>Olena Kondratiuk – rusų, ukrainiečių</w:t>
      </w:r>
      <w:r>
        <w:br/>
        <w:t>Yana Buchel – rusų, anglų, vokiečių</w:t>
      </w:r>
      <w:r>
        <w:br/>
        <w:t>Mindaugas Masedunskas – rusų, anglų</w:t>
      </w:r>
      <w:r>
        <w:br/>
        <w:t>Miraslau Milkamanovich – rusų, anglų</w:t>
      </w:r>
      <w:r>
        <w:br/>
        <w:t>Suresh Mohan Maniveloo – rusų, anglų</w:t>
      </w:r>
      <w:r>
        <w:br/>
        <w:t>Adelė Gudynaitė – anglų</w:t>
      </w:r>
      <w:r>
        <w:br/>
        <w:t>Rugilė Prieskienytė – rusų, anglų</w:t>
      </w:r>
      <w:r>
        <w:br/>
        <w:t>Eglė Gabriela Aleksė – anglų</w:t>
      </w:r>
      <w:r>
        <w:br/>
        <w:t>Daumantas Stukėnas – rusų, anglų</w:t>
      </w:r>
      <w:r>
        <w:br/>
        <w:t>Ivona Julija Ivanovska – rusų, anglų</w:t>
      </w:r>
      <w:r>
        <w:br/>
        <w:t>Gabija Petkevičiūtė – anglų</w:t>
      </w:r>
      <w:r>
        <w:br/>
        <w:t>Agnė Šimonienė – rusų, anglų</w:t>
      </w:r>
    </w:p>
    <w:p w14:paraId="755D2841" w14:textId="77777777" w:rsidR="00574743" w:rsidRDefault="003E21A4">
      <w:pPr>
        <w:pStyle w:val="Heading2"/>
      </w:pPr>
      <w:r>
        <w:t>Vidaus ligų klinika</w:t>
      </w:r>
    </w:p>
    <w:p w14:paraId="11DE2DB1" w14:textId="55B1FCC0" w:rsidR="00574743" w:rsidRDefault="003E21A4">
      <w:pPr>
        <w:pStyle w:val="Heading3"/>
      </w:pPr>
      <w:r>
        <w:t>1-</w:t>
      </w:r>
      <w:r w:rsidR="00991F43">
        <w:t xml:space="preserve">asis </w:t>
      </w:r>
      <w:proofErr w:type="spellStart"/>
      <w:r>
        <w:t>Vidaus</w:t>
      </w:r>
      <w:proofErr w:type="spellEnd"/>
      <w:r>
        <w:t xml:space="preserve"> </w:t>
      </w:r>
      <w:proofErr w:type="spellStart"/>
      <w:r w:rsidR="00991F43">
        <w:t>ligų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138B9E52" w14:textId="77777777" w:rsidR="00574743" w:rsidRDefault="003E21A4">
      <w:pPr>
        <w:pStyle w:val="ListBullet"/>
      </w:pPr>
      <w:r>
        <w:t>Veslava Gladkaja – lenkų, rusų</w:t>
      </w:r>
      <w:r>
        <w:br/>
        <w:t>Daiva Grėskienė – tik valstybine</w:t>
      </w:r>
      <w:r>
        <w:br/>
        <w:t>Diva Masiulienė – rusų</w:t>
      </w:r>
      <w:r>
        <w:br/>
        <w:t>Getautė Matiekutė – anglų, rusų</w:t>
      </w:r>
      <w:r>
        <w:br/>
        <w:t>Elena Zabulionienė – rusų</w:t>
      </w:r>
      <w:r>
        <w:br/>
        <w:t>Laimutė Pilpuks – tik valstybine</w:t>
      </w:r>
      <w:r>
        <w:br/>
        <w:t>Lina Jasiukevičienė – rusų, anglų</w:t>
      </w:r>
      <w:r>
        <w:br/>
        <w:t>Rūta Salvinija Stankarienė – rusų, anglų</w:t>
      </w:r>
    </w:p>
    <w:p w14:paraId="6E455A0C" w14:textId="6D692C69" w:rsidR="00574743" w:rsidRDefault="00991F43">
      <w:pPr>
        <w:pStyle w:val="Heading3"/>
      </w:pPr>
      <w:r>
        <w:t>2</w:t>
      </w:r>
      <w:r w:rsidR="003E21A4">
        <w:t xml:space="preserve">-asis </w:t>
      </w:r>
      <w:proofErr w:type="spellStart"/>
      <w:r w:rsidR="003E21A4">
        <w:t>Vidaus</w:t>
      </w:r>
      <w:proofErr w:type="spellEnd"/>
      <w:r w:rsidR="003E21A4">
        <w:t xml:space="preserve"> </w:t>
      </w:r>
      <w:proofErr w:type="spellStart"/>
      <w:r>
        <w:t>ligų</w:t>
      </w:r>
      <w:proofErr w:type="spellEnd"/>
      <w:r>
        <w:t xml:space="preserve"> </w:t>
      </w:r>
      <w:proofErr w:type="spellStart"/>
      <w:r w:rsidR="003E21A4">
        <w:t>skyrius</w:t>
      </w:r>
      <w:proofErr w:type="spellEnd"/>
      <w:r>
        <w:t xml:space="preserve"> (</w:t>
      </w:r>
      <w:proofErr w:type="spellStart"/>
      <w:r>
        <w:t>Antakalnio</w:t>
      </w:r>
      <w:proofErr w:type="spellEnd"/>
      <w:r>
        <w:t xml:space="preserve"> g. 124, Vilnius)</w:t>
      </w:r>
    </w:p>
    <w:p w14:paraId="759C6947" w14:textId="77777777" w:rsidR="00574743" w:rsidRDefault="003E21A4">
      <w:pPr>
        <w:pStyle w:val="ListBullet"/>
      </w:pPr>
      <w:r>
        <w:t>Vaiva Karpavičienė – rusų, anglų</w:t>
      </w:r>
      <w:r>
        <w:br/>
        <w:t>Irena Uvarovienė – rusų, anglų, lenkų</w:t>
      </w:r>
      <w:r>
        <w:br/>
        <w:t>Nataliia Voloshyna – rusų, ukrainiečių</w:t>
      </w:r>
      <w:r>
        <w:br/>
        <w:t>Elena Yanushauskene – rusų</w:t>
      </w:r>
      <w:r>
        <w:br/>
      </w:r>
      <w:r>
        <w:lastRenderedPageBreak/>
        <w:t>Rasa Šimoniūtytė – anglų</w:t>
      </w:r>
      <w:r>
        <w:br/>
        <w:t>Asta Svirskienė-Yassen – rusų, anglų</w:t>
      </w:r>
      <w:r>
        <w:br/>
        <w:t>Aurelija Simaitytė – anglų</w:t>
      </w:r>
      <w:r>
        <w:br/>
        <w:t>Vladyslav Rohachevskyi – rusų, anglų, ukrainiečių</w:t>
      </w:r>
      <w:r>
        <w:br/>
        <w:t>Roland Venclavek – rusų</w:t>
      </w:r>
      <w:r>
        <w:br/>
        <w:t>Austėja Svirskytė – anglų</w:t>
      </w:r>
      <w:r>
        <w:br/>
        <w:t>Alina Žindul – rusų, lenkų</w:t>
      </w:r>
    </w:p>
    <w:p w14:paraId="0C7FD0CB" w14:textId="76D9AAC8" w:rsidR="00574743" w:rsidRDefault="00991F43">
      <w:pPr>
        <w:pStyle w:val="Heading3"/>
      </w:pPr>
      <w:r>
        <w:t>2</w:t>
      </w:r>
      <w:r w:rsidR="003E21A4">
        <w:t xml:space="preserve">-asis </w:t>
      </w:r>
      <w:proofErr w:type="spellStart"/>
      <w:r w:rsidR="003E21A4">
        <w:t>Kardiologijos</w:t>
      </w:r>
      <w:proofErr w:type="spellEnd"/>
      <w:r w:rsidR="003E21A4">
        <w:t xml:space="preserve"> </w:t>
      </w:r>
      <w:proofErr w:type="spellStart"/>
      <w:r w:rsidR="003E21A4">
        <w:t>skyrius</w:t>
      </w:r>
      <w:proofErr w:type="spellEnd"/>
      <w:r>
        <w:t xml:space="preserve"> </w:t>
      </w:r>
      <w:r w:rsidRPr="00991F43">
        <w:t>(</w:t>
      </w:r>
      <w:proofErr w:type="spellStart"/>
      <w:r w:rsidRPr="00991F43">
        <w:t>Antakalnio</w:t>
      </w:r>
      <w:proofErr w:type="spellEnd"/>
      <w:r w:rsidRPr="00991F43">
        <w:t xml:space="preserve"> g. 124, Vilnius)</w:t>
      </w:r>
    </w:p>
    <w:p w14:paraId="1E79A2F0" w14:textId="77777777" w:rsidR="00574743" w:rsidRDefault="003E21A4">
      <w:pPr>
        <w:pStyle w:val="ListBullet"/>
      </w:pPr>
      <w:r>
        <w:t>Ramunė Radzevičienė – rusų, anglų</w:t>
      </w:r>
      <w:r>
        <w:br/>
        <w:t>Rūta Urbanavičienė – rusų</w:t>
      </w:r>
      <w:r>
        <w:br/>
        <w:t>Loreta Mikšėnaitė – tik valstybine</w:t>
      </w:r>
      <w:r>
        <w:br/>
        <w:t>Dalia Proškinaitė – rusų</w:t>
      </w:r>
      <w:r>
        <w:br/>
        <w:t>Inga Rudzkienė – rusų, anglų, vokiečių</w:t>
      </w:r>
      <w:r>
        <w:br/>
        <w:t>Indrė Sakavičiūtė – anglų</w:t>
      </w:r>
      <w:r>
        <w:br/>
        <w:t>Danutė Janušienė – rusų</w:t>
      </w:r>
      <w:r>
        <w:br/>
        <w:t>Albina Venckūnienė – rusų, ukrainiečių</w:t>
      </w:r>
      <w:r>
        <w:br/>
        <w:t>Jevgenijus Gorelikas – rusų, anglų</w:t>
      </w:r>
      <w:r>
        <w:br/>
        <w:t>Dainius Bučas – rusų</w:t>
      </w:r>
      <w:r>
        <w:br/>
        <w:t>Olga Buivid – rusų, lenkų, ukrainiečių, anglų</w:t>
      </w:r>
    </w:p>
    <w:p w14:paraId="7A89CE75" w14:textId="77777777" w:rsidR="00574743" w:rsidRDefault="003E21A4">
      <w:pPr>
        <w:pStyle w:val="Heading2"/>
      </w:pPr>
      <w:proofErr w:type="spellStart"/>
      <w:r>
        <w:t>Chirurgijos</w:t>
      </w:r>
      <w:proofErr w:type="spellEnd"/>
      <w:r>
        <w:t xml:space="preserve"> </w:t>
      </w:r>
      <w:proofErr w:type="spellStart"/>
      <w:r>
        <w:t>klinika</w:t>
      </w:r>
      <w:proofErr w:type="spellEnd"/>
    </w:p>
    <w:p w14:paraId="13C252B9" w14:textId="1779B791" w:rsidR="00574743" w:rsidRDefault="003E21A4">
      <w:pPr>
        <w:pStyle w:val="Heading3"/>
      </w:pPr>
      <w:proofErr w:type="spellStart"/>
      <w:r>
        <w:t>Pilvo</w:t>
      </w:r>
      <w:proofErr w:type="spellEnd"/>
      <w:r>
        <w:t xml:space="preserve"> </w:t>
      </w:r>
      <w:proofErr w:type="spellStart"/>
      <w:r w:rsidR="00991F43">
        <w:t>chirurgijos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20EC2C32" w14:textId="77777777" w:rsidR="00574743" w:rsidRDefault="003E21A4">
      <w:pPr>
        <w:pStyle w:val="ListBullet"/>
      </w:pPr>
      <w:r>
        <w:t>Andrius Karpavičius – anglų, rusų</w:t>
      </w:r>
      <w:r>
        <w:br/>
        <w:t>Audrius Gradauskas – anglų, rusų, lenkų</w:t>
      </w:r>
      <w:r>
        <w:br/>
        <w:t>Augis Rimantas – anglų, rusų</w:t>
      </w:r>
      <w:r>
        <w:br/>
        <w:t>Valentinas Bartašiūnas – anglų, rusų</w:t>
      </w:r>
      <w:r>
        <w:br/>
        <w:t>Dainius Budrys – anglų, rusų</w:t>
      </w:r>
      <w:r>
        <w:br/>
        <w:t>Rasa Bradūnaitė – anglų, rusų</w:t>
      </w:r>
      <w:r>
        <w:br/>
        <w:t>Jonas Činčikas – anglų, rusų, lenkų</w:t>
      </w:r>
      <w:r>
        <w:br/>
        <w:t>Antanas Eigminas – anglų, rusų</w:t>
      </w:r>
      <w:r>
        <w:br/>
        <w:t>Mohamad El Oreibi – anglų, vokiečių, arabų</w:t>
      </w:r>
      <w:r>
        <w:br/>
        <w:t>Mindaugas Lapinskas – anglų, rusų</w:t>
      </w:r>
      <w:r>
        <w:br/>
        <w:t>Marius Lasinskas – anglų, rusų</w:t>
      </w:r>
      <w:r>
        <w:br/>
        <w:t>Edvardas Mikulskis – anglų, rusų</w:t>
      </w:r>
      <w:r>
        <w:br/>
        <w:t>Rimantas Norkūnas – anglų, rusų</w:t>
      </w:r>
      <w:r>
        <w:br/>
        <w:t>Violeta Ožeraitienė – anglų, rusų</w:t>
      </w:r>
      <w:r>
        <w:br/>
        <w:t>Julius Pacevičius – anglų, rusų</w:t>
      </w:r>
      <w:r>
        <w:br/>
        <w:t>Vilius Petrėtis – anglų, rusų</w:t>
      </w:r>
      <w:r>
        <w:br/>
        <w:t>Asta Pukinskienė – anglų, rusų</w:t>
      </w:r>
      <w:r>
        <w:br/>
        <w:t>Dovilė Ragažinskaitė – anglų, rusų</w:t>
      </w:r>
      <w:r>
        <w:br/>
        <w:t>Andrius Sklepavičius – anglų, rusų, lenkų</w:t>
      </w:r>
      <w:r>
        <w:br/>
        <w:t>Edgaras Smolskas – anglų</w:t>
      </w:r>
      <w:r>
        <w:br/>
      </w:r>
      <w:r>
        <w:lastRenderedPageBreak/>
        <w:t>Sergej Trusov – anglų, rusų</w:t>
      </w:r>
      <w:r>
        <w:br/>
        <w:t>Mykolas Venckus – anglų, vokiečių</w:t>
      </w:r>
      <w:r>
        <w:br/>
        <w:t>Rima Žemaitaitienė – anglų, rusų</w:t>
      </w:r>
      <w:r>
        <w:br/>
        <w:t>Laura Žundienė – anglų, rusų</w:t>
      </w:r>
    </w:p>
    <w:p w14:paraId="1F683B5B" w14:textId="3383E15C" w:rsidR="00574743" w:rsidRDefault="003E21A4">
      <w:pPr>
        <w:pStyle w:val="Heading3"/>
      </w:pPr>
      <w:proofErr w:type="spellStart"/>
      <w:r>
        <w:t>Kraujagyslių</w:t>
      </w:r>
      <w:proofErr w:type="spellEnd"/>
      <w:r>
        <w:t xml:space="preserve"> </w:t>
      </w:r>
      <w:proofErr w:type="spellStart"/>
      <w:r w:rsidR="00991F43">
        <w:t>chirurgijos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7CB9C694" w14:textId="77777777" w:rsidR="00574743" w:rsidRDefault="003E21A4">
      <w:pPr>
        <w:pStyle w:val="ListBullet"/>
      </w:pPr>
      <w:r>
        <w:t>Ingrida Valužytė – anglų, rusų, ispanų</w:t>
      </w:r>
      <w:r>
        <w:br/>
        <w:t>Ramūnas Kvietkauskas – anglų, rusų, ispanų</w:t>
      </w:r>
      <w:r>
        <w:br/>
        <w:t>Tomas Miškinis – anglų</w:t>
      </w:r>
      <w:r>
        <w:br/>
        <w:t>Arnoldas Sudikas – anglų, rusų</w:t>
      </w:r>
      <w:r>
        <w:br/>
        <w:t>Mindaugas Paškevičius – rusų</w:t>
      </w:r>
      <w:r>
        <w:br/>
        <w:t>E. Stanevičiūtė – anglų</w:t>
      </w:r>
      <w:r>
        <w:br/>
        <w:t>V. Mosenko – rusų, anglų, korėjiečių</w:t>
      </w:r>
    </w:p>
    <w:p w14:paraId="7E0428A1" w14:textId="77777777" w:rsidR="00574743" w:rsidRDefault="003E21A4">
      <w:pPr>
        <w:pStyle w:val="Heading3"/>
      </w:pPr>
      <w:r>
        <w:t>Dienos Chirurgijos centras</w:t>
      </w:r>
    </w:p>
    <w:p w14:paraId="009794EA" w14:textId="77777777" w:rsidR="00574743" w:rsidRDefault="003E21A4">
      <w:pPr>
        <w:pStyle w:val="ListBullet"/>
      </w:pPr>
      <w:r>
        <w:t>Visi gydytojai – tik valstybine</w:t>
      </w:r>
    </w:p>
    <w:p w14:paraId="52388230" w14:textId="6B442D18" w:rsidR="00574743" w:rsidRDefault="003E21A4">
      <w:pPr>
        <w:pStyle w:val="Heading2"/>
      </w:pPr>
      <w:proofErr w:type="spellStart"/>
      <w:r>
        <w:t>Vaikų</w:t>
      </w:r>
      <w:proofErr w:type="spellEnd"/>
      <w:r>
        <w:t xml:space="preserve"> </w:t>
      </w:r>
      <w:proofErr w:type="spellStart"/>
      <w:r w:rsidR="00991F43">
        <w:t>ligų</w:t>
      </w:r>
      <w:proofErr w:type="spellEnd"/>
      <w:r w:rsidR="00991F43">
        <w:t xml:space="preserve"> </w:t>
      </w:r>
      <w:proofErr w:type="spellStart"/>
      <w:r>
        <w:t>klinika</w:t>
      </w:r>
      <w:proofErr w:type="spellEnd"/>
    </w:p>
    <w:p w14:paraId="5CE75995" w14:textId="65695C4A" w:rsidR="00574743" w:rsidRDefault="003E21A4">
      <w:pPr>
        <w:pStyle w:val="Heading3"/>
      </w:pPr>
      <w:proofErr w:type="spellStart"/>
      <w:r>
        <w:t>Vaikų</w:t>
      </w:r>
      <w:proofErr w:type="spellEnd"/>
      <w:r>
        <w:t xml:space="preserve"> </w:t>
      </w:r>
      <w:proofErr w:type="spellStart"/>
      <w:r w:rsidR="00991F43">
        <w:t>ligų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36CD06C2" w14:textId="77777777" w:rsidR="003E21A4" w:rsidRDefault="003E21A4">
      <w:pPr>
        <w:pStyle w:val="ListBullet"/>
      </w:pPr>
      <w:r>
        <w:t xml:space="preserve">Ramūnas Leišys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rusų</w:t>
      </w:r>
      <w:proofErr w:type="spellEnd"/>
      <w:r>
        <w:t xml:space="preserve"> </w:t>
      </w:r>
    </w:p>
    <w:p w14:paraId="32648EE2" w14:textId="257C90D5" w:rsidR="00574743" w:rsidRDefault="003E21A4" w:rsidP="003E21A4">
      <w:pPr>
        <w:pStyle w:val="ListBullet"/>
        <w:numPr>
          <w:ilvl w:val="0"/>
          <w:numId w:val="0"/>
        </w:numPr>
        <w:ind w:left="360"/>
      </w:pPr>
      <w:proofErr w:type="spellStart"/>
      <w:r>
        <w:t>Živilė</w:t>
      </w:r>
      <w:proofErr w:type="spellEnd"/>
      <w:r>
        <w:t xml:space="preserve"> </w:t>
      </w:r>
      <w:proofErr w:type="spellStart"/>
      <w:r>
        <w:t>Makselienė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br/>
      </w:r>
      <w:proofErr w:type="spellStart"/>
      <w:r>
        <w:t>Nomeda</w:t>
      </w:r>
      <w:proofErr w:type="spellEnd"/>
      <w:r>
        <w:t xml:space="preserve"> </w:t>
      </w:r>
      <w:proofErr w:type="spellStart"/>
      <w:r>
        <w:t>Jokubaitienė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rusų</w:t>
      </w:r>
      <w:proofErr w:type="spellEnd"/>
      <w:r>
        <w:br/>
      </w:r>
      <w:proofErr w:type="spellStart"/>
      <w:r>
        <w:t>Rūtenė</w:t>
      </w:r>
      <w:proofErr w:type="spellEnd"/>
      <w:r>
        <w:t xml:space="preserve"> </w:t>
      </w:r>
      <w:proofErr w:type="spellStart"/>
      <w:r>
        <w:t>Adomaitienė</w:t>
      </w:r>
      <w:proofErr w:type="spellEnd"/>
      <w:r>
        <w:t xml:space="preserve"> – anglų, rusų</w:t>
      </w:r>
      <w:r>
        <w:br/>
        <w:t>Raimunda Jurgilienė – anglų, rusų</w:t>
      </w:r>
      <w:r>
        <w:br/>
        <w:t>Virginija Ivanauskienė – anglų, rusų</w:t>
      </w:r>
      <w:r>
        <w:br/>
        <w:t>Ingrida Kšanienė – anglų, rusų</w:t>
      </w:r>
      <w:r>
        <w:br/>
        <w:t>Lijana Švenčionienė – tik valstybine</w:t>
      </w:r>
      <w:r>
        <w:br/>
        <w:t>Jolanta Žilėnienė – anglų, rusų</w:t>
      </w:r>
      <w:r>
        <w:br/>
        <w:t>Enrika Logvinovaitė – anglų</w:t>
      </w:r>
      <w:r>
        <w:br/>
        <w:t>Arūnas Valiulis – anglų, rusų</w:t>
      </w:r>
      <w:r>
        <w:br/>
      </w:r>
    </w:p>
    <w:p w14:paraId="5A188298" w14:textId="0FC39225" w:rsidR="003E21A4" w:rsidRPr="003E21A4" w:rsidRDefault="003E21A4" w:rsidP="003E21A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lt-LT"/>
        </w:rPr>
      </w:pPr>
      <w:r w:rsidRPr="003E21A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lt-LT"/>
        </w:rPr>
        <w:t>Ambulatorinių sveikatos priežiūros paslaugų centras</w:t>
      </w:r>
      <w:r w:rsidR="00991F4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lt-LT"/>
        </w:rPr>
        <w:t xml:space="preserve"> (Antakalnio g. 124, Vilnius)</w:t>
      </w:r>
    </w:p>
    <w:p w14:paraId="28343E36" w14:textId="77777777" w:rsidR="00574743" w:rsidRDefault="003E21A4">
      <w:pPr>
        <w:pStyle w:val="Heading3"/>
      </w:pPr>
      <w:proofErr w:type="spellStart"/>
      <w:r>
        <w:t>Konsultacijų</w:t>
      </w:r>
      <w:proofErr w:type="spellEnd"/>
      <w:r>
        <w:t xml:space="preserve"> </w:t>
      </w:r>
      <w:proofErr w:type="spellStart"/>
      <w:r>
        <w:t>skyrius</w:t>
      </w:r>
      <w:proofErr w:type="spellEnd"/>
    </w:p>
    <w:p w14:paraId="77435AAE" w14:textId="77777777" w:rsidR="00574743" w:rsidRDefault="003E21A4">
      <w:pPr>
        <w:pStyle w:val="ListBullet"/>
      </w:pPr>
      <w:r>
        <w:t xml:space="preserve">Karolis </w:t>
      </w:r>
      <w:proofErr w:type="spellStart"/>
      <w:r>
        <w:t>Čekas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br/>
        <w:t>Saulius Mikėnas – anglų, vokiečių</w:t>
      </w:r>
      <w:r>
        <w:br/>
        <w:t>Anatolijus Zimanas – rusų, lenkų</w:t>
      </w:r>
      <w:r>
        <w:br/>
        <w:t>Aistė Vytėnienė – anglų</w:t>
      </w:r>
      <w:r>
        <w:br/>
        <w:t>Alexander Zakharov – rusų</w:t>
      </w:r>
      <w:r>
        <w:br/>
        <w:t>Aldona Ruškienė – tik valstybine</w:t>
      </w:r>
      <w:r>
        <w:br/>
        <w:t>Jūratė Garbaravičienė – anglų, rusų, vokiečių</w:t>
      </w:r>
      <w:r>
        <w:br/>
        <w:t>Elena Mieželaitienė – rusų</w:t>
      </w:r>
      <w:r>
        <w:br/>
      </w:r>
      <w:r>
        <w:lastRenderedPageBreak/>
        <w:t>Gražina Marė Petkūnienė – rusų</w:t>
      </w:r>
      <w:r>
        <w:br/>
        <w:t>Gražina Vingilytė – tik valstybine</w:t>
      </w:r>
      <w:r>
        <w:br/>
        <w:t>Danutė Mazgelienė – tik valstybine</w:t>
      </w:r>
      <w:r>
        <w:br/>
        <w:t>Gabrielė Černytė – anglų</w:t>
      </w:r>
      <w:r>
        <w:br/>
        <w:t>Rasa Krasauskaitė – anglų, rusų</w:t>
      </w:r>
      <w:r>
        <w:br/>
        <w:t>Dalė Juozapaitienė – rusų</w:t>
      </w:r>
      <w:r>
        <w:br/>
        <w:t>Mantas Jokubaitis – anglų</w:t>
      </w:r>
      <w:r>
        <w:br/>
        <w:t>Benas Kakta – anglų</w:t>
      </w:r>
      <w:r>
        <w:br/>
        <w:t>Emilija Kavaliauskaitė – anglų</w:t>
      </w:r>
      <w:r>
        <w:br/>
        <w:t>Ieva Jonušaitė – anglų</w:t>
      </w:r>
      <w:r>
        <w:br/>
        <w:t>Agnė Norbutaitė – anglų</w:t>
      </w:r>
      <w:r>
        <w:br/>
        <w:t>Margarita Vasilevskaja – anglų, rusų, lenkų, italų</w:t>
      </w:r>
      <w:r>
        <w:br/>
        <w:t>Indrė Maliukevičiūtė – anglų</w:t>
      </w:r>
      <w:r>
        <w:br/>
        <w:t>Gintarė Ratienė – anglų</w:t>
      </w:r>
      <w:r>
        <w:br/>
        <w:t>Jordanas Straukas – anglų</w:t>
      </w:r>
      <w:r>
        <w:br/>
        <w:t>Jelena Klimašenko – rusų</w:t>
      </w:r>
      <w:r>
        <w:br/>
        <w:t>Kostas Kalinauskis – tik valstybine</w:t>
      </w:r>
      <w:r>
        <w:br/>
        <w:t>Pavel Petrik – anglų, rusų</w:t>
      </w:r>
      <w:r>
        <w:br/>
        <w:t>Dalius Dominauskas – anglų, rusų</w:t>
      </w:r>
      <w:r>
        <w:br/>
        <w:t>Valerjan Asejev – tik valstybine</w:t>
      </w:r>
      <w:r>
        <w:br/>
      </w:r>
      <w:proofErr w:type="spellStart"/>
      <w:r>
        <w:t>Silvijus</w:t>
      </w:r>
      <w:proofErr w:type="spellEnd"/>
      <w:r>
        <w:t xml:space="preserve"> Abramavičius – </w:t>
      </w:r>
      <w:proofErr w:type="spellStart"/>
      <w:r>
        <w:t>anglų</w:t>
      </w:r>
      <w:proofErr w:type="spellEnd"/>
    </w:p>
    <w:p w14:paraId="274CF7DE" w14:textId="77777777" w:rsidR="00021D86" w:rsidRDefault="00021D86" w:rsidP="00021D86">
      <w:pPr>
        <w:pStyle w:val="ListBullet"/>
        <w:numPr>
          <w:ilvl w:val="0"/>
          <w:numId w:val="0"/>
        </w:numPr>
        <w:ind w:left="360" w:hanging="360"/>
      </w:pPr>
    </w:p>
    <w:p w14:paraId="2053486A" w14:textId="77777777" w:rsidR="00021D86" w:rsidRDefault="00021D86" w:rsidP="00021D86">
      <w:pPr>
        <w:pStyle w:val="Heading2"/>
      </w:pPr>
      <w:proofErr w:type="spellStart"/>
      <w:r>
        <w:t>Alergologijos</w:t>
      </w:r>
      <w:proofErr w:type="spellEnd"/>
      <w:r>
        <w:t xml:space="preserve"> </w:t>
      </w:r>
      <w:proofErr w:type="spellStart"/>
      <w:r>
        <w:t>centras</w:t>
      </w:r>
      <w:proofErr w:type="spellEnd"/>
    </w:p>
    <w:p w14:paraId="360DD07E" w14:textId="77777777" w:rsidR="00021D86" w:rsidRDefault="00021D86" w:rsidP="00021D86">
      <w:pPr>
        <w:pStyle w:val="Heading3"/>
      </w:pPr>
      <w:r>
        <w:t>Alergologijos centras</w:t>
      </w:r>
    </w:p>
    <w:p w14:paraId="4B043E46" w14:textId="77777777" w:rsidR="00021D86" w:rsidRDefault="00021D86" w:rsidP="00021D86">
      <w:pPr>
        <w:pStyle w:val="ListBullet"/>
      </w:pPr>
      <w:r>
        <w:t xml:space="preserve">Miglė </w:t>
      </w:r>
      <w:proofErr w:type="spellStart"/>
      <w:r>
        <w:t>Kuprienė</w:t>
      </w:r>
      <w:proofErr w:type="spellEnd"/>
      <w:r>
        <w:t xml:space="preserve"> – tik </w:t>
      </w:r>
      <w:proofErr w:type="spellStart"/>
      <w:r>
        <w:t>valstybine</w:t>
      </w:r>
      <w:proofErr w:type="spellEnd"/>
      <w:r>
        <w:t xml:space="preserve"> </w:t>
      </w:r>
    </w:p>
    <w:p w14:paraId="7CD5EEB9" w14:textId="77777777" w:rsidR="00021D86" w:rsidRDefault="00021D86" w:rsidP="00021D86">
      <w:pPr>
        <w:pStyle w:val="ListBullet"/>
        <w:numPr>
          <w:ilvl w:val="0"/>
          <w:numId w:val="0"/>
        </w:numPr>
        <w:ind w:left="360"/>
      </w:pPr>
      <w:r>
        <w:t xml:space="preserve">Laima </w:t>
      </w:r>
      <w:proofErr w:type="spellStart"/>
      <w:r>
        <w:t>Aleksandravičiūtė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br/>
        <w:t xml:space="preserve">Asta </w:t>
      </w:r>
      <w:proofErr w:type="spellStart"/>
      <w:r>
        <w:t>Budėnienė</w:t>
      </w:r>
      <w:proofErr w:type="spellEnd"/>
      <w:r>
        <w:t xml:space="preserve"> – tik valstybine</w:t>
      </w:r>
      <w:r>
        <w:br/>
        <w:t xml:space="preserve">Ana </w:t>
      </w:r>
      <w:proofErr w:type="spellStart"/>
      <w:r>
        <w:t>Kozlovska</w:t>
      </w:r>
      <w:proofErr w:type="spellEnd"/>
      <w:r>
        <w:t xml:space="preserve"> – </w:t>
      </w:r>
      <w:proofErr w:type="spellStart"/>
      <w:r>
        <w:t>anglų</w:t>
      </w:r>
      <w:proofErr w:type="spellEnd"/>
    </w:p>
    <w:p w14:paraId="3634339B" w14:textId="77777777" w:rsidR="00021D86" w:rsidRDefault="00021D86" w:rsidP="00021D86">
      <w:pPr>
        <w:pStyle w:val="ListBullet"/>
        <w:numPr>
          <w:ilvl w:val="0"/>
          <w:numId w:val="0"/>
        </w:numPr>
        <w:ind w:left="360"/>
      </w:pPr>
      <w:r>
        <w:t xml:space="preserve">Aušra </w:t>
      </w:r>
      <w:proofErr w:type="spellStart"/>
      <w:r>
        <w:t>Astrauskaitė</w:t>
      </w:r>
      <w:proofErr w:type="spellEnd"/>
      <w:r>
        <w:t xml:space="preserve"> – tik </w:t>
      </w:r>
      <w:proofErr w:type="spellStart"/>
      <w:r>
        <w:t>valstybine</w:t>
      </w:r>
      <w:proofErr w:type="spellEnd"/>
      <w:r>
        <w:br/>
      </w:r>
      <w:proofErr w:type="spellStart"/>
      <w:r>
        <w:t>Rūta</w:t>
      </w:r>
      <w:proofErr w:type="spellEnd"/>
      <w:r>
        <w:t xml:space="preserve"> </w:t>
      </w:r>
      <w:proofErr w:type="spellStart"/>
      <w:r>
        <w:t>Požėrskytė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ispanų</w:t>
      </w:r>
      <w:proofErr w:type="spellEnd"/>
      <w:r>
        <w:br/>
        <w:t xml:space="preserve">Agnė </w:t>
      </w:r>
      <w:proofErr w:type="spellStart"/>
      <w:r>
        <w:t>Savonytė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br/>
        <w:t xml:space="preserve">Tomas </w:t>
      </w:r>
      <w:proofErr w:type="spellStart"/>
      <w:r>
        <w:t>Slomskis</w:t>
      </w:r>
      <w:proofErr w:type="spellEnd"/>
      <w:r>
        <w:t xml:space="preserve"> – tik </w:t>
      </w:r>
      <w:proofErr w:type="spellStart"/>
      <w:r>
        <w:t>valstybine</w:t>
      </w:r>
      <w:proofErr w:type="spellEnd"/>
      <w:r>
        <w:br/>
      </w:r>
      <w:proofErr w:type="spellStart"/>
      <w:r>
        <w:t>Nemira</w:t>
      </w:r>
      <w:proofErr w:type="spellEnd"/>
      <w:r>
        <w:t xml:space="preserve"> </w:t>
      </w:r>
      <w:proofErr w:type="spellStart"/>
      <w:r>
        <w:t>Vaičiulionienė</w:t>
      </w:r>
      <w:proofErr w:type="spellEnd"/>
      <w:r>
        <w:t xml:space="preserve"> – </w:t>
      </w:r>
      <w:proofErr w:type="spellStart"/>
      <w:r>
        <w:t>rusų</w:t>
      </w:r>
      <w:proofErr w:type="spellEnd"/>
    </w:p>
    <w:p w14:paraId="46EFE6AE" w14:textId="77777777" w:rsidR="00021D86" w:rsidRDefault="00021D86" w:rsidP="00021D86">
      <w:pPr>
        <w:pStyle w:val="ListBullet"/>
        <w:numPr>
          <w:ilvl w:val="0"/>
          <w:numId w:val="0"/>
        </w:numPr>
        <w:ind w:left="360" w:hanging="360"/>
      </w:pPr>
    </w:p>
    <w:p w14:paraId="6DFAC6D6" w14:textId="77777777" w:rsidR="00574743" w:rsidRDefault="003E21A4">
      <w:pPr>
        <w:pStyle w:val="Heading2"/>
      </w:pPr>
      <w:r>
        <w:t>Medicininės reabilitacijos centras</w:t>
      </w:r>
    </w:p>
    <w:p w14:paraId="6B5C10A9" w14:textId="77777777" w:rsidR="00991F43" w:rsidRDefault="00991F43" w:rsidP="003E21A4">
      <w:pPr>
        <w:pStyle w:val="ListBullet"/>
        <w:numPr>
          <w:ilvl w:val="0"/>
          <w:numId w:val="0"/>
        </w:numPr>
        <w:ind w:left="360"/>
      </w:pPr>
    </w:p>
    <w:p w14:paraId="5ECE6AD6" w14:textId="6057B13B" w:rsidR="00574743" w:rsidRDefault="003E21A4" w:rsidP="008704D7">
      <w:pPr>
        <w:pStyle w:val="ListBullet"/>
        <w:numPr>
          <w:ilvl w:val="0"/>
          <w:numId w:val="10"/>
        </w:numPr>
      </w:pPr>
      <w:proofErr w:type="spellStart"/>
      <w:r>
        <w:t>Ambulatorinės</w:t>
      </w:r>
      <w:proofErr w:type="spellEnd"/>
      <w:r>
        <w:t xml:space="preserve"> </w:t>
      </w:r>
      <w:proofErr w:type="spellStart"/>
      <w:r>
        <w:t>reabilitacijos</w:t>
      </w:r>
      <w:proofErr w:type="spellEnd"/>
      <w:r>
        <w:t xml:space="preserve"> </w:t>
      </w:r>
      <w:proofErr w:type="spellStart"/>
      <w:r>
        <w:t>skyrius</w:t>
      </w:r>
      <w:proofErr w:type="spellEnd"/>
    </w:p>
    <w:p w14:paraId="565A9CBF" w14:textId="08779F90" w:rsidR="003E21A4" w:rsidRDefault="003E21A4" w:rsidP="003E21A4">
      <w:pPr>
        <w:pStyle w:val="ListBullet"/>
        <w:numPr>
          <w:ilvl w:val="0"/>
          <w:numId w:val="0"/>
        </w:numPr>
        <w:ind w:left="360"/>
      </w:pPr>
      <w:r>
        <w:t xml:space="preserve">Jūratė </w:t>
      </w:r>
      <w:proofErr w:type="spellStart"/>
      <w:r>
        <w:t>Gerdauskytė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br/>
        <w:t xml:space="preserve">Raminta Bražiūnienė – </w:t>
      </w:r>
      <w:proofErr w:type="spellStart"/>
      <w:r>
        <w:t>rusų</w:t>
      </w:r>
      <w:proofErr w:type="spellEnd"/>
      <w:r>
        <w:br/>
        <w:t xml:space="preserve">Aušra </w:t>
      </w:r>
      <w:proofErr w:type="spellStart"/>
      <w:r>
        <w:t>Vikniuvienė</w:t>
      </w:r>
      <w:proofErr w:type="spellEnd"/>
      <w:r>
        <w:t xml:space="preserve"> – </w:t>
      </w:r>
      <w:proofErr w:type="spellStart"/>
      <w:r>
        <w:t>rusų</w:t>
      </w:r>
      <w:proofErr w:type="spellEnd"/>
      <w:r>
        <w:br/>
        <w:t xml:space="preserve">Ramūnas Leišys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anglų</w:t>
      </w:r>
      <w:proofErr w:type="spellEnd"/>
      <w:r>
        <w:br/>
      </w:r>
      <w:r>
        <w:lastRenderedPageBreak/>
        <w:t xml:space="preserve">Laura Bilotaitė – </w:t>
      </w:r>
      <w:proofErr w:type="spellStart"/>
      <w:r>
        <w:t>anglų</w:t>
      </w:r>
      <w:proofErr w:type="spellEnd"/>
      <w:r>
        <w:br/>
      </w:r>
    </w:p>
    <w:p w14:paraId="148C268C" w14:textId="08BD3D6A" w:rsidR="00574743" w:rsidRDefault="003E21A4" w:rsidP="008704D7">
      <w:pPr>
        <w:pStyle w:val="ListBullet"/>
        <w:numPr>
          <w:ilvl w:val="0"/>
          <w:numId w:val="10"/>
        </w:numPr>
      </w:pPr>
      <w:proofErr w:type="spellStart"/>
      <w:r>
        <w:t>Stacionarinės</w:t>
      </w:r>
      <w:proofErr w:type="spellEnd"/>
      <w:r>
        <w:t xml:space="preserve"> </w:t>
      </w:r>
      <w:proofErr w:type="spellStart"/>
      <w:r>
        <w:t>reabilitacijos</w:t>
      </w:r>
      <w:proofErr w:type="spellEnd"/>
      <w:r>
        <w:t xml:space="preserve"> </w:t>
      </w:r>
      <w:proofErr w:type="spellStart"/>
      <w:r>
        <w:t>skyrius</w:t>
      </w:r>
      <w:proofErr w:type="spellEnd"/>
    </w:p>
    <w:p w14:paraId="5FAF864D" w14:textId="7031192C" w:rsidR="00574743" w:rsidRDefault="003E21A4">
      <w:pPr>
        <w:pStyle w:val="ListBullet"/>
      </w:pPr>
      <w:r>
        <w:t>Marius Žiemininkas – anglų</w:t>
      </w:r>
      <w:r>
        <w:br/>
        <w:t>Morta Mažeikaitė – anglų</w:t>
      </w:r>
      <w:r>
        <w:br/>
        <w:t>Laura Bilotaitė – anglų</w:t>
      </w:r>
      <w:r>
        <w:br/>
        <w:t>Daina Bazdienė – rusų, ukrainiečių</w:t>
      </w:r>
    </w:p>
    <w:p w14:paraId="09466F70" w14:textId="63AA43D7" w:rsidR="00574743" w:rsidRDefault="003E21A4">
      <w:pPr>
        <w:pStyle w:val="Heading2"/>
      </w:pPr>
      <w:proofErr w:type="spellStart"/>
      <w:r>
        <w:t>Laboratorin</w:t>
      </w:r>
      <w:r w:rsidR="008704D7">
        <w:t>ės</w:t>
      </w:r>
      <w:proofErr w:type="spellEnd"/>
      <w:r w:rsidR="008704D7">
        <w:t xml:space="preserve"> </w:t>
      </w:r>
      <w:proofErr w:type="spellStart"/>
      <w:r w:rsidR="008704D7">
        <w:t>medicinos</w:t>
      </w:r>
      <w:proofErr w:type="spellEnd"/>
      <w:r w:rsidR="008704D7">
        <w:t xml:space="preserve"> </w:t>
      </w:r>
      <w:proofErr w:type="spellStart"/>
      <w:r w:rsidR="008704D7">
        <w:t>centras</w:t>
      </w:r>
      <w:proofErr w:type="spellEnd"/>
    </w:p>
    <w:p w14:paraId="6E2DD634" w14:textId="15F96D25" w:rsidR="00574743" w:rsidRDefault="003E21A4">
      <w:pPr>
        <w:pStyle w:val="Heading3"/>
      </w:pPr>
      <w:proofErr w:type="spellStart"/>
      <w:r>
        <w:t>Laboratorinių</w:t>
      </w:r>
      <w:proofErr w:type="spellEnd"/>
      <w:r>
        <w:t xml:space="preserve"> </w:t>
      </w:r>
      <w:proofErr w:type="spellStart"/>
      <w:r w:rsidR="008704D7">
        <w:t>tyrimų</w:t>
      </w:r>
      <w:proofErr w:type="spellEnd"/>
      <w:r w:rsidR="008704D7">
        <w:t xml:space="preserve"> </w:t>
      </w:r>
      <w:proofErr w:type="spellStart"/>
      <w:r>
        <w:t>skyrius</w:t>
      </w:r>
      <w:proofErr w:type="spellEnd"/>
    </w:p>
    <w:p w14:paraId="6F7F83C5" w14:textId="77777777" w:rsidR="00574743" w:rsidRDefault="003E21A4">
      <w:pPr>
        <w:pStyle w:val="ListBullet"/>
      </w:pPr>
      <w:r>
        <w:t>Viktorija Apanavičienė – rusų</w:t>
      </w:r>
    </w:p>
    <w:p w14:paraId="09EF1894" w14:textId="77777777" w:rsidR="00574743" w:rsidRDefault="003E21A4">
      <w:pPr>
        <w:pStyle w:val="Heading2"/>
      </w:pPr>
      <w:r>
        <w:t>Šv. Roko slaugos klinika</w:t>
      </w:r>
    </w:p>
    <w:p w14:paraId="348E8A8E" w14:textId="1CDCD659" w:rsidR="00574743" w:rsidRDefault="003E21A4">
      <w:pPr>
        <w:pStyle w:val="Heading3"/>
      </w:pPr>
      <w:proofErr w:type="spellStart"/>
      <w:r>
        <w:t>Priėmimo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 w:rsidR="008704D7">
        <w:t>konsultacijų</w:t>
      </w:r>
      <w:proofErr w:type="spellEnd"/>
      <w:r w:rsidR="008704D7">
        <w:t xml:space="preserve"> </w:t>
      </w:r>
      <w:proofErr w:type="spellStart"/>
      <w:r>
        <w:t>skyrius</w:t>
      </w:r>
      <w:proofErr w:type="spellEnd"/>
    </w:p>
    <w:p w14:paraId="65C644C3" w14:textId="77777777" w:rsidR="003E21A4" w:rsidRDefault="003E21A4">
      <w:pPr>
        <w:pStyle w:val="ListBullet"/>
      </w:pPr>
      <w:r>
        <w:t xml:space="preserve">Elina Radišauskienė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lenkų</w:t>
      </w:r>
      <w:proofErr w:type="spellEnd"/>
      <w:r>
        <w:t xml:space="preserve">, </w:t>
      </w:r>
      <w:proofErr w:type="spellStart"/>
      <w:r>
        <w:t>rusų</w:t>
      </w:r>
      <w:proofErr w:type="spellEnd"/>
      <w:r>
        <w:t xml:space="preserve"> </w:t>
      </w:r>
    </w:p>
    <w:p w14:paraId="1FA04CDE" w14:textId="4370D7D2" w:rsidR="003E21A4" w:rsidRDefault="003E21A4" w:rsidP="003E21A4">
      <w:pPr>
        <w:pStyle w:val="ListBullet"/>
        <w:numPr>
          <w:ilvl w:val="0"/>
          <w:numId w:val="0"/>
        </w:numPr>
        <w:ind w:left="360"/>
      </w:pPr>
      <w:r>
        <w:t xml:space="preserve">Elena Mėta Adejevaitė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prancūzų</w:t>
      </w:r>
      <w:proofErr w:type="spellEnd"/>
      <w:r>
        <w:t xml:space="preserve">, </w:t>
      </w:r>
      <w:proofErr w:type="spellStart"/>
      <w:r>
        <w:t>rusų</w:t>
      </w:r>
      <w:proofErr w:type="spellEnd"/>
      <w:r>
        <w:br/>
        <w:t>Daiva Bauerienė – anglų, rusų</w:t>
      </w:r>
      <w:r>
        <w:br/>
        <w:t>Giedrė Bulotienė – anglų, rusų</w:t>
      </w:r>
      <w:r>
        <w:br/>
        <w:t>Danutė Burneikienė – anglų, lenkų, rusų</w:t>
      </w:r>
      <w:r>
        <w:br/>
        <w:t>Alma Česnauskienė – rusų</w:t>
      </w:r>
      <w:r>
        <w:br/>
        <w:t>Daiva Čižauskaitė – tik valstybine</w:t>
      </w:r>
      <w:r>
        <w:br/>
        <w:t>Pavelas Gamperis – lenkų, rusų</w:t>
      </w:r>
      <w:r>
        <w:br/>
        <w:t>Žana Gavrilenkova – vokiečių, lenkų, rusų</w:t>
      </w:r>
      <w:r>
        <w:br/>
        <w:t>Aliaksandr Haurylenkau – anglų, lenkų, rusų</w:t>
      </w:r>
      <w:r>
        <w:br/>
        <w:t>Jolanta Norvaišytė – rusų</w:t>
      </w:r>
      <w:r>
        <w:br/>
        <w:t>Severija Pajėdienė – anglų, vokiečių</w:t>
      </w:r>
      <w:r>
        <w:br/>
        <w:t xml:space="preserve">Laura Pinigė – </w:t>
      </w:r>
      <w:proofErr w:type="spellStart"/>
      <w:r>
        <w:t>anglų</w:t>
      </w:r>
      <w:proofErr w:type="spellEnd"/>
      <w:r>
        <w:br/>
        <w:t>Miroslava Simanovič – lenkų, rusų</w:t>
      </w:r>
      <w:r>
        <w:br/>
        <w:t xml:space="preserve">Genovaitė </w:t>
      </w:r>
      <w:proofErr w:type="spellStart"/>
      <w:r>
        <w:t>Šimkuvienė</w:t>
      </w:r>
      <w:proofErr w:type="spellEnd"/>
      <w:r>
        <w:t xml:space="preserve"> – </w:t>
      </w:r>
      <w:proofErr w:type="spellStart"/>
      <w:r>
        <w:t>vokiečių</w:t>
      </w:r>
      <w:proofErr w:type="spellEnd"/>
      <w:r>
        <w:t xml:space="preserve">, </w:t>
      </w:r>
      <w:proofErr w:type="spellStart"/>
      <w:r>
        <w:t>lenkų</w:t>
      </w:r>
      <w:proofErr w:type="spellEnd"/>
      <w:r>
        <w:t xml:space="preserve">, </w:t>
      </w:r>
      <w:proofErr w:type="spellStart"/>
      <w:r>
        <w:t>rusų</w:t>
      </w:r>
      <w:proofErr w:type="spellEnd"/>
    </w:p>
    <w:p w14:paraId="48BF4A66" w14:textId="2E30E3AF" w:rsidR="003E21A4" w:rsidRDefault="003E21A4" w:rsidP="003E21A4">
      <w:pPr>
        <w:pStyle w:val="Heading3"/>
      </w:pPr>
      <w:r>
        <w:t>I-</w:t>
      </w:r>
      <w:proofErr w:type="spellStart"/>
      <w:r w:rsidR="00991F43">
        <w:t>ojo</w:t>
      </w:r>
      <w:proofErr w:type="spellEnd"/>
      <w:r>
        <w:t xml:space="preserve"> </w:t>
      </w:r>
      <w:proofErr w:type="spellStart"/>
      <w:r>
        <w:t>Ilgalaikio</w:t>
      </w:r>
      <w:proofErr w:type="spellEnd"/>
      <w:r>
        <w:t xml:space="preserve"> </w:t>
      </w:r>
      <w:proofErr w:type="spellStart"/>
      <w:r w:rsidR="00991F43">
        <w:t>g</w:t>
      </w:r>
      <w:r>
        <w:t>ydymo</w:t>
      </w:r>
      <w:proofErr w:type="spellEnd"/>
      <w:r>
        <w:t xml:space="preserve"> </w:t>
      </w:r>
      <w:proofErr w:type="spellStart"/>
      <w:r>
        <w:t>skyrius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Demencijų</w:t>
      </w:r>
      <w:proofErr w:type="spellEnd"/>
      <w:r>
        <w:t xml:space="preserve"> </w:t>
      </w:r>
      <w:proofErr w:type="spellStart"/>
      <w:r>
        <w:t>skyrius</w:t>
      </w:r>
      <w:proofErr w:type="spellEnd"/>
    </w:p>
    <w:p w14:paraId="30E24666" w14:textId="45756357" w:rsidR="003E21A4" w:rsidRDefault="003E21A4" w:rsidP="003E21A4">
      <w:pPr>
        <w:pStyle w:val="ListBullet"/>
      </w:pPr>
      <w:r>
        <w:t xml:space="preserve">Julija Lukošienė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anglų</w:t>
      </w:r>
      <w:proofErr w:type="spellEnd"/>
      <w:r>
        <w:br/>
        <w:t xml:space="preserve">Gediminas Mikalauskas – </w:t>
      </w:r>
      <w:proofErr w:type="spellStart"/>
      <w:r>
        <w:t>rusų</w:t>
      </w:r>
      <w:proofErr w:type="spellEnd"/>
      <w:r>
        <w:br/>
        <w:t xml:space="preserve">Tatjana </w:t>
      </w:r>
      <w:proofErr w:type="spellStart"/>
      <w:r>
        <w:t>Minkevičienė</w:t>
      </w:r>
      <w:proofErr w:type="spellEnd"/>
      <w:r>
        <w:t xml:space="preserve">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lenkų</w:t>
      </w:r>
      <w:proofErr w:type="spellEnd"/>
    </w:p>
    <w:sectPr w:rsidR="003E21A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6D6AF9"/>
    <w:multiLevelType w:val="hybridMultilevel"/>
    <w:tmpl w:val="67DCF292"/>
    <w:lvl w:ilvl="0" w:tplc="856279D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245087">
    <w:abstractNumId w:val="8"/>
  </w:num>
  <w:num w:numId="2" w16cid:durableId="568657660">
    <w:abstractNumId w:val="6"/>
  </w:num>
  <w:num w:numId="3" w16cid:durableId="194387783">
    <w:abstractNumId w:val="5"/>
  </w:num>
  <w:num w:numId="4" w16cid:durableId="923876072">
    <w:abstractNumId w:val="4"/>
  </w:num>
  <w:num w:numId="5" w16cid:durableId="1578398102">
    <w:abstractNumId w:val="7"/>
  </w:num>
  <w:num w:numId="6" w16cid:durableId="1151680819">
    <w:abstractNumId w:val="3"/>
  </w:num>
  <w:num w:numId="7" w16cid:durableId="759715694">
    <w:abstractNumId w:val="2"/>
  </w:num>
  <w:num w:numId="8" w16cid:durableId="760107836">
    <w:abstractNumId w:val="1"/>
  </w:num>
  <w:num w:numId="9" w16cid:durableId="2088379804">
    <w:abstractNumId w:val="0"/>
  </w:num>
  <w:num w:numId="10" w16cid:durableId="159150546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D86"/>
    <w:rsid w:val="00034616"/>
    <w:rsid w:val="0006063C"/>
    <w:rsid w:val="0007401B"/>
    <w:rsid w:val="000F2DE8"/>
    <w:rsid w:val="0015074B"/>
    <w:rsid w:val="0029639D"/>
    <w:rsid w:val="002F1CB2"/>
    <w:rsid w:val="00326F90"/>
    <w:rsid w:val="003E21A4"/>
    <w:rsid w:val="00574743"/>
    <w:rsid w:val="008704D7"/>
    <w:rsid w:val="00991F43"/>
    <w:rsid w:val="00AA1D8D"/>
    <w:rsid w:val="00B47730"/>
    <w:rsid w:val="00CB0664"/>
    <w:rsid w:val="00EE5E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5C221D1"/>
  <w14:defaultImageDpi w14:val="300"/>
  <w15:docId w15:val="{1284C856-BBB1-4314-8389-984992D5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991F4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91F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1F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F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F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F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879</Words>
  <Characters>5016</Characters>
  <Application>Microsoft Office Word</Application>
  <DocSecurity>0</DocSecurity>
  <Lines>41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Vaidas Kukarėnas</cp:lastModifiedBy>
  <cp:revision>2</cp:revision>
  <dcterms:created xsi:type="dcterms:W3CDTF">2026-10-27T12:47:00Z</dcterms:created>
  <dcterms:modified xsi:type="dcterms:W3CDTF">2026-10-27T12:47:00Z</dcterms:modified>
  <cp:category/>
</cp:coreProperties>
</file>